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בשאלות בדיקה (ה' הידיעה, איזה, שינוי זמן) כדי לזהות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מוסיפים ה'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משנים את הזמן: עבר, הווה,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ה' הידיעה מתלווה לשמות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פועל משתנה לפי זמן עבר,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התאמה בין תואר לעצם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אהבה היא שם עצם 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תלוי בתפקיד של המילה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עצם 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תיאור בעזרת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תארים מתאימים במין ובמספר לעצם הנבחר, למשל: הכיסא האדום, הגדול והנוח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ה' הידיעה ובודקים אם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המילה משתנה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ילד שמח - שמח הוא שם התואר וילד הוא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שלוש שאלות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שימוש בתארים מגוונים ולא רק צבעים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שלושה חלקי דיבר עיקריים בעברית - שם עצם, שם תואר ופועל, ונלמד להשתמש בשאלות בדיקה כדי לזהות כל מילה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דיבר משתמשים כדי לתאר איך נראה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שמציינת פעולה או מצב שמשתנה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שם עצם מופשט?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דרך בודקים אם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ה'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בודקים אם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ה'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את הזמן: עבר, הווה,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שואלים כדי למצוא שם תואר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ה' הידיעה לשם עצם, למשל 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נשאר תמיד באותו זמן ולא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היא שם עצם מוחשי שאפשר לגעת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יכולה לשמש גם כשם עצם וגם כפועל בהקשרים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מהר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__________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עמד ליד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התפוח ה__________ היה טעים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אתמול אנחנו __________ סרט מעניין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תיאור בעזרת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חפץ מהכיתה בעזרת שלושה שמות תואר שונים, והקפידו שההתאמה במין ובמספר לשם העצם תהיה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מילה היא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מילה היא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ולשם העצם שהוא מתאר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