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שלושה חלקי דיבר: שם עצם, שם תואר ופועל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בשאלות בדיקה (ה' הידיעה, איזה, שינוי זמן) כדי לזהות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לשם עצם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מוסיפים ה' הידיעה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משנים את הזמן: עבר, הווה,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איזה?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ה' הידיעה מתלווה לשמות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פועל משתנה לפי זמן עבר, הווה ועתיד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התאמה בין תואר לעצם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אהבה היא שם עצם מופשט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תלוי בתפקיד של המילה במשפט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הולכת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לחלק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(שם עצם מופשט)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(שם תואר)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תיאור בעזרת שמות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תארים מתאימים במין ובמספר לעצם הנבחר, למשל: הכיסא האדום, הגדול והנוח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מוסיפים ה' הידיעה ובודקים אם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אם המילה משתנה בזמן עבר, הווה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ילד שמח - שמח הוא שם התואר וילד הוא 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כדאי לתרגל בעל פה את שלוש שאלות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את חלק ההתאמה ולבדוק יחד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שימוש בתארים מגוונים ולא רק צבעים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להכיר שלוש מילים חשובות: שם עצם, שם תואר ופועל. נלמד איך לבדוק כל מילה בעזרת שאלה פשוטה.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חיה, דבר או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שם העצם נראה או 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פעולה או מצב שמשתנה בזמן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ה' הידיעה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ה' שמוסיפים לפני שם עצם ידוע, כמו הילד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שאלת בדיקה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שעוזרת לזהות חלק דיבר, כמו איזה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עצם 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שאפשר לראות או לגעת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עצם מופשט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של רעיון או רגש שאי אפשר לגעת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התאמת שם תואר לשם עצם במין ובמספר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מתארת איך דבר נראה?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משתנה לפי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היא רגש ולא דבר שרואים?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בודקים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מוסיפים ה' הידיעה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משנים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שואלים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בודקים אם מילה היא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שואלים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מוסיפים ה' הידיעה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משנים את הזמן: עבר, הווה,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מחפשים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שאלה מתאימה לשם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ה' הידיעה לשם עצם, למשל הילד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נשאר תמיד באותו זמן ולא משתנה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מתאים במין ובמספר לשם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אהבה היא שם עצם מוחשי שאפשר לגעת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יכולה לשמש גם כשם עצם וגם כפועל בהקשרים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הכלב ה__________ רץ מהר בגינה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הילדה __________ לבית הספר כל 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עמד ליד החלון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התפוח ה__________ היה טעים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אתמול אנחנו __________ סרט מעניין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מילה לחלק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עצם מופשט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תיאור בעזרת שמות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חפץ מהכיתה בעזרת שלושה שמות תואר שונים, והקפידו שההתאמה במין ובמספר לשם העצם תהיה נכונה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בודקים אם מילה היא שם 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בודקים אם מילה היא 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תואר ולשם העצם שהוא מתאר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-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